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64CED0FA" wp14:textId="77777777">
      <w:pPr>
        <w:jc w:val="center"/>
      </w:pPr>
      <w:r>
        <w:rPr>
          <w:b/>
        </w:rPr>
        <w:t>AMERICAN LEGION AUXILIARY</w:t>
      </w:r>
      <w:r>
        <w:rPr>
          <w:b/>
        </w:rPr>
        <w:br/>
      </w:r>
      <w:r>
        <w:rPr>
          <w:b/>
        </w:rPr>
        <w:t>ALAMIS ACCESS REQUEST &amp; USER AGREEMENT</w:t>
      </w:r>
    </w:p>
    <w:p xmlns:wp14="http://schemas.microsoft.com/office/word/2010/wordml" w14:paraId="57787FB5" wp14:textId="77777777">
      <w:r>
        <w:t>For Arkansas American Legion Auxiliary use only.</w:t>
      </w:r>
    </w:p>
    <w:p xmlns:wp14="http://schemas.microsoft.com/office/word/2010/wordml" w14:paraId="6D943800" wp14:textId="77777777">
      <w:pPr>
        <w:pStyle w:val="Heading1"/>
      </w:pPr>
      <w:r>
        <w:t>Member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xmlns:wp14="http://schemas.microsoft.com/office/word/2010/wordml" w:rsidTr="5D99B074" w14:paraId="724C2569" wp14:textId="77777777">
        <w:tc>
          <w:tcPr>
            <w:tcW w:w="4320" w:type="dxa"/>
            <w:tcMar/>
          </w:tcPr>
          <w:p w14:paraId="394C3444" wp14:textId="77777777">
            <w:r>
              <w:t>Member Name</w:t>
            </w:r>
          </w:p>
        </w:tc>
        <w:tc>
          <w:tcPr>
            <w:tcW w:w="4320" w:type="dxa"/>
            <w:tcMar/>
          </w:tcPr>
          <w:p w14:paraId="672A6659" wp14:textId="77777777"/>
        </w:tc>
      </w:tr>
      <w:tr xmlns:wp14="http://schemas.microsoft.com/office/word/2010/wordml" w:rsidTr="5D99B074" w14:paraId="6214CA33" wp14:textId="77777777">
        <w:tc>
          <w:tcPr>
            <w:tcW w:w="4320" w:type="dxa"/>
            <w:tcMar/>
          </w:tcPr>
          <w:p w14:paraId="2BA51653" wp14:textId="6E956F3A">
            <w:r w:rsidR="5D99B074">
              <w:rPr/>
              <w:t>Member ID</w:t>
            </w:r>
          </w:p>
        </w:tc>
        <w:tc>
          <w:tcPr>
            <w:tcW w:w="4320" w:type="dxa"/>
            <w:tcMar/>
          </w:tcPr>
          <w:p w14:paraId="0A37501D" wp14:textId="77777777"/>
        </w:tc>
      </w:tr>
      <w:tr xmlns:wp14="http://schemas.microsoft.com/office/word/2010/wordml" w:rsidTr="5D99B074" w14:paraId="6D1F4D07" wp14:textId="77777777">
        <w:tc>
          <w:tcPr>
            <w:tcW w:w="4320" w:type="dxa"/>
            <w:tcMar/>
          </w:tcPr>
          <w:p w14:paraId="54C3FD4B" wp14:textId="445AD2FA">
            <w:r w:rsidR="5D99B074">
              <w:rPr/>
              <w:t>Unit</w:t>
            </w:r>
          </w:p>
        </w:tc>
        <w:tc>
          <w:tcPr>
            <w:tcW w:w="4320" w:type="dxa"/>
            <w:tcMar/>
          </w:tcPr>
          <w:p w14:paraId="5DAB6C7B" wp14:textId="77777777"/>
        </w:tc>
      </w:tr>
      <w:tr xmlns:wp14="http://schemas.microsoft.com/office/word/2010/wordml" w:rsidTr="5D99B074" w14:paraId="07BD5B88" wp14:textId="77777777">
        <w:tc>
          <w:tcPr>
            <w:tcW w:w="4320" w:type="dxa"/>
            <w:tcMar/>
          </w:tcPr>
          <w:p w14:paraId="4996B493" wp14:textId="77777777">
            <w:r>
              <w:t>District</w:t>
            </w:r>
          </w:p>
        </w:tc>
        <w:tc>
          <w:tcPr>
            <w:tcW w:w="4320" w:type="dxa"/>
            <w:tcMar/>
          </w:tcPr>
          <w:p w14:paraId="02EB378F" wp14:textId="77777777"/>
        </w:tc>
      </w:tr>
      <w:tr xmlns:wp14="http://schemas.microsoft.com/office/word/2010/wordml" w:rsidTr="5D99B074" w14:paraId="6688DE13" wp14:textId="77777777">
        <w:tc>
          <w:tcPr>
            <w:tcW w:w="4320" w:type="dxa"/>
            <w:tcMar/>
          </w:tcPr>
          <w:p w14:paraId="30B5F458" wp14:textId="77777777">
            <w:r>
              <w:t>Email Address</w:t>
            </w:r>
          </w:p>
        </w:tc>
        <w:tc>
          <w:tcPr>
            <w:tcW w:w="4320" w:type="dxa"/>
            <w:tcMar/>
          </w:tcPr>
          <w:p w14:paraId="6A05A809" wp14:textId="77777777"/>
        </w:tc>
      </w:tr>
      <w:tr xmlns:wp14="http://schemas.microsoft.com/office/word/2010/wordml" w:rsidTr="5D99B074" w14:paraId="79AFB717" wp14:textId="77777777">
        <w:tc>
          <w:tcPr>
            <w:tcW w:w="4320" w:type="dxa"/>
            <w:tcMar/>
          </w:tcPr>
          <w:p w14:paraId="666378F9" wp14:textId="77777777">
            <w:r>
              <w:t>Phone Number</w:t>
            </w:r>
          </w:p>
        </w:tc>
        <w:tc>
          <w:tcPr>
            <w:tcW w:w="4320" w:type="dxa"/>
            <w:tcMar/>
          </w:tcPr>
          <w:p w14:paraId="5A39BBE3" wp14:textId="77777777"/>
        </w:tc>
      </w:tr>
      <w:tr xmlns:wp14="http://schemas.microsoft.com/office/word/2010/wordml" w:rsidTr="5D99B074" w14:paraId="373E3814" wp14:textId="77777777">
        <w:tc>
          <w:tcPr>
            <w:tcW w:w="4320" w:type="dxa"/>
            <w:tcMar/>
          </w:tcPr>
          <w:p w14:paraId="41DC19FE" wp14:textId="77777777">
            <w:r>
              <w:t>Secretary Request Date</w:t>
            </w:r>
          </w:p>
        </w:tc>
        <w:tc>
          <w:tcPr>
            <w:tcW w:w="4320" w:type="dxa"/>
            <w:tcMar/>
          </w:tcPr>
          <w:p w14:paraId="41C8F396" wp14:textId="77777777"/>
        </w:tc>
      </w:tr>
    </w:tbl>
    <w:p xmlns:wp14="http://schemas.microsoft.com/office/word/2010/wordml" w14:paraId="4C231661" wp14:textId="77777777">
      <w:pPr>
        <w:pStyle w:val="Heading1"/>
      </w:pPr>
      <w:r>
        <w:t>Requested Access</w:t>
      </w:r>
    </w:p>
    <w:p xmlns:wp14="http://schemas.microsoft.com/office/word/2010/wordml" w14:paraId="61B28EA4" wp14:textId="77777777">
      <w:r>
        <w:t>□ User Full Editable – Full create, edit, update, reporting, and administrative functions.</w:t>
      </w:r>
    </w:p>
    <w:p xmlns:wp14="http://schemas.microsoft.com/office/word/2010/wordml" w14:paraId="1021E90F" wp14:textId="77777777">
      <w:r>
        <w:t>□ User Full View – Read-only access.</w:t>
      </w:r>
    </w:p>
    <w:p xmlns:wp14="http://schemas.microsoft.com/office/word/2010/wordml" w14:paraId="3A1619A0" wp14:textId="77777777">
      <w:r>
        <w:t>□ District/Department View – Read-only access limited to assigned district or department.</w:t>
      </w:r>
    </w:p>
    <w:p xmlns:wp14="http://schemas.microsoft.com/office/word/2010/wordml" w14:paraId="3996E8B2" wp14:textId="77777777">
      <w:pPr>
        <w:pStyle w:val="Heading1"/>
      </w:pPr>
      <w:r>
        <w:t>User Type Cost</w:t>
      </w:r>
    </w:p>
    <w:p xmlns:wp14="http://schemas.microsoft.com/office/word/2010/wordml" w14:paraId="1EF72A35" wp14:textId="2B78C168">
      <w:r w:rsidR="5D99B074">
        <w:rPr/>
        <w:t xml:space="preserve">User </w:t>
      </w:r>
      <w:r w:rsidR="58317732">
        <w:rPr/>
        <w:t xml:space="preserve">Unit </w:t>
      </w:r>
      <w:r w:rsidR="5D99B074">
        <w:rPr/>
        <w:t>Full Editable: $ ___</w:t>
      </w:r>
      <w:r w:rsidR="7820F123">
        <w:rPr/>
        <w:t>25</w:t>
      </w:r>
      <w:r w:rsidR="5D99B074">
        <w:rPr/>
        <w:t>_______ per user</w:t>
      </w:r>
    </w:p>
    <w:p xmlns:wp14="http://schemas.microsoft.com/office/word/2010/wordml" w14:paraId="79BCCEAE" wp14:textId="697F5EBB">
      <w:r w:rsidR="5D99B074">
        <w:rPr/>
        <w:t>User Full View: $ ___</w:t>
      </w:r>
      <w:r w:rsidR="32EC000B">
        <w:rPr/>
        <w:t>2</w:t>
      </w:r>
      <w:r w:rsidR="0142A8E8">
        <w:rPr/>
        <w:t>5</w:t>
      </w:r>
      <w:r w:rsidR="5D99B074">
        <w:rPr/>
        <w:t>_______ per user</w:t>
      </w:r>
    </w:p>
    <w:p xmlns:wp14="http://schemas.microsoft.com/office/word/2010/wordml" w14:paraId="03AD42D4" wp14:textId="3E1389E6">
      <w:r w:rsidR="5D99B074">
        <w:rPr/>
        <w:t>District/Department View: $ _____</w:t>
      </w:r>
      <w:r w:rsidR="4F53AEB9">
        <w:rPr/>
        <w:t>2</w:t>
      </w:r>
      <w:r w:rsidR="686FE20C">
        <w:rPr/>
        <w:t>5</w:t>
      </w:r>
      <w:r w:rsidR="5D99B074">
        <w:rPr/>
        <w:t>____ per user</w:t>
      </w:r>
    </w:p>
    <w:p xmlns:wp14="http://schemas.microsoft.com/office/word/2010/wordml" w14:paraId="6BFB4114" wp14:textId="77777777">
      <w:pPr>
        <w:pStyle w:val="Heading1"/>
      </w:pPr>
      <w:r>
        <w:t>Payment Information</w:t>
      </w:r>
    </w:p>
    <w:p xmlns:wp14="http://schemas.microsoft.com/office/word/2010/wordml" w14:paraId="20494A26" wp14:textId="77777777">
      <w:r>
        <w:t>Method of Payment Issued (check one):</w:t>
      </w:r>
    </w:p>
    <w:p xmlns:wp14="http://schemas.microsoft.com/office/word/2010/wordml" w14:paraId="4EE20772" wp14:textId="77777777">
      <w:r>
        <w:t>□ Check    □ Credit Card    □ Debit Card    □ ACH/EFT    □ Cash    □ Other __________</w:t>
      </w:r>
    </w:p>
    <w:p xmlns:wp14="http://schemas.microsoft.com/office/word/2010/wordml" w14:paraId="028CE507" wp14:textId="77777777">
      <w:r>
        <w:t>Amount Paid: $____________   Date: ____________</w:t>
      </w:r>
    </w:p>
    <w:p xmlns:wp14="http://schemas.microsoft.com/office/word/2010/wordml" w14:paraId="7C713BCA" wp14:textId="77777777">
      <w:pPr>
        <w:pStyle w:val="Heading1"/>
      </w:pPr>
      <w:r>
        <w:t>ALAMIS User Agreement</w:t>
      </w:r>
    </w:p>
    <w:p xmlns:wp14="http://schemas.microsoft.com/office/word/2010/wordml" w14:paraId="05AC1269" wp14:textId="77777777">
      <w:r>
        <w:t>Information contained within ALAMIS is for official Arkansas American Legion and American Legion Auxiliary business only. No member may share a username, password, or account with another person. Each user must maintain their own account credentials.</w:t>
      </w:r>
    </w:p>
    <w:p xmlns:wp14="http://schemas.microsoft.com/office/word/2010/wordml" w14:paraId="301628BA" wp14:textId="77777777">
      <w:r>
        <w:t>Information obtained through ALAMIS shall not be used for marketing, solicitation, political activities, commercial purposes, personal gain, or any unauthorized activity.</w:t>
      </w:r>
    </w:p>
    <w:p xmlns:wp14="http://schemas.microsoft.com/office/word/2010/wordml" w14:paraId="66F7E689" wp14:textId="77777777">
      <w:r>
        <w:t>Users are responsible for protecting member information and complying with all applicable American Legion Auxiliary, Department of Arkansas, and ALAMIS policies.</w:t>
      </w:r>
    </w:p>
    <w:p xmlns:wp14="http://schemas.microsoft.com/office/word/2010/wordml" w14:paraId="40042A79" wp14:textId="77777777">
      <w:r w:rsidR="5D99B074">
        <w:rPr/>
        <w:t>Failure to comply may result in suspension or termination of ALAMIS access.</w:t>
      </w:r>
    </w:p>
    <w:p w:rsidR="71FBA7E6" w:rsidRDefault="71FBA7E6" w14:paraId="10BB75AC" w14:textId="628D78AA">
      <w:r w:rsidR="71FBA7E6">
        <w:rPr/>
        <w:t xml:space="preserve">Access is only </w:t>
      </w:r>
      <w:r w:rsidR="653AB822">
        <w:rPr/>
        <w:t>granted to</w:t>
      </w:r>
      <w:r w:rsidR="3A89565E">
        <w:rPr/>
        <w:t xml:space="preserve"> a member in good standing.</w:t>
      </w:r>
    </w:p>
    <w:p xmlns:wp14="http://schemas.microsoft.com/office/word/2010/wordml" w14:paraId="109C1EF8" wp14:textId="77777777">
      <w:pPr>
        <w:pStyle w:val="Heading1"/>
      </w:pPr>
      <w:r>
        <w:t>Secretary 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xmlns:wp14="http://schemas.microsoft.com/office/word/2010/wordml" w14:paraId="7695F6F8" wp14:textId="77777777">
        <w:tc>
          <w:tcPr>
            <w:tcW w:w="2880" w:type="dxa"/>
          </w:tcPr>
          <w:p w14:paraId="0070321C" wp14:textId="77777777">
            <w:r>
              <w:t>Approver</w:t>
            </w:r>
          </w:p>
        </w:tc>
        <w:tc>
          <w:tcPr>
            <w:tcW w:w="2880" w:type="dxa"/>
          </w:tcPr>
          <w:p w14:paraId="4CCB031D" wp14:textId="77777777">
            <w:r>
              <w:t>Signature</w:t>
            </w:r>
          </w:p>
        </w:tc>
        <w:tc>
          <w:tcPr>
            <w:tcW w:w="2880" w:type="dxa"/>
          </w:tcPr>
          <w:p w14:paraId="491072FA" wp14:textId="77777777">
            <w:r>
              <w:t>Date</w:t>
            </w:r>
          </w:p>
        </w:tc>
      </w:tr>
      <w:tr xmlns:wp14="http://schemas.microsoft.com/office/word/2010/wordml" w14:paraId="2C8C3A30" wp14:textId="77777777">
        <w:tc>
          <w:tcPr>
            <w:tcW w:w="2880" w:type="dxa"/>
          </w:tcPr>
          <w:p w14:paraId="1B0C2005" wp14:textId="77777777">
            <w:r>
              <w:t>Unit/District Secretary</w:t>
            </w:r>
          </w:p>
        </w:tc>
        <w:tc>
          <w:tcPr>
            <w:tcW w:w="2880" w:type="dxa"/>
          </w:tcPr>
          <w:p w14:paraId="72A3D3EC" wp14:textId="77777777"/>
        </w:tc>
        <w:tc>
          <w:tcPr>
            <w:tcW w:w="2880" w:type="dxa"/>
          </w:tcPr>
          <w:p w14:paraId="0D0B940D" wp14:textId="77777777"/>
        </w:tc>
      </w:tr>
    </w:tbl>
    <w:p xmlns:wp14="http://schemas.microsoft.com/office/word/2010/wordml" w14:paraId="79D2E1D3" wp14:textId="77777777">
      <w:r>
        <w:br/>
      </w:r>
      <w:r>
        <w:t>Member Signature: __________________________  Date: __________</w:t>
      </w:r>
    </w:p>
    <w:p xmlns:wp14="http://schemas.microsoft.com/office/word/2010/wordml" w14:paraId="3A3BC1B5" wp14:textId="77777777">
      <w:r>
        <w:t>By signing, I acknowledge and agree to the ALAMIS User Agreement above.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42A8E8"/>
    <w:rsid w:val="08F9E235"/>
    <w:rsid w:val="0E40BA1B"/>
    <w:rsid w:val="0E40BA1B"/>
    <w:rsid w:val="2D3B6CFC"/>
    <w:rsid w:val="32EC000B"/>
    <w:rsid w:val="3A89565E"/>
    <w:rsid w:val="4229E27B"/>
    <w:rsid w:val="4CC1CFE4"/>
    <w:rsid w:val="4F53AEB9"/>
    <w:rsid w:val="58317732"/>
    <w:rsid w:val="5D99B074"/>
    <w:rsid w:val="604393CA"/>
    <w:rsid w:val="605350DE"/>
    <w:rsid w:val="653AB822"/>
    <w:rsid w:val="686FE20C"/>
    <w:rsid w:val="6DCAAE1B"/>
    <w:rsid w:val="6DCAAE1B"/>
    <w:rsid w:val="71FBA7E6"/>
    <w:rsid w:val="7820F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B51FF4C5-374F-46E0-A014-5CB188ACB5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Rowland</dc:creator>
  <keywords/>
  <dc:description>generated by python-docx</dc:description>
  <lastModifiedBy>Jana Rowland</lastModifiedBy>
  <revision>2</revision>
  <dcterms:created xsi:type="dcterms:W3CDTF">2026-07-30T21:52:03.2108627Z</dcterms:created>
  <dcterms:modified xsi:type="dcterms:W3CDTF">2026-07-30T21:57:39.9570850Z</dcterms:modified>
  <category/>
</coreProperties>
</file>